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CF48" w14:textId="77777777" w:rsidR="00A36541" w:rsidRPr="005B7B42" w:rsidRDefault="00000000">
      <w:pPr>
        <w:pStyle w:val="Heading1"/>
        <w:rPr>
          <w:rFonts w:ascii="Times New Roman" w:hAnsi="Times New Roman" w:cs="Times New Roman"/>
          <w:color w:val="auto"/>
        </w:rPr>
      </w:pPr>
      <w:r w:rsidRPr="005B7B42">
        <w:rPr>
          <w:rFonts w:ascii="Times New Roman" w:hAnsi="Times New Roman" w:cs="Times New Roman"/>
          <w:color w:val="auto"/>
        </w:rPr>
        <w:t>SMART Goal Setting Template</w:t>
      </w:r>
    </w:p>
    <w:p w14:paraId="772FD08C" w14:textId="6DF039F1" w:rsidR="00A36541" w:rsidRPr="005B7B42" w:rsidRDefault="00000000">
      <w:pPr>
        <w:rPr>
          <w:rFonts w:ascii="Times New Roman" w:hAnsi="Times New Roman" w:cs="Times New Roman"/>
        </w:rPr>
      </w:pPr>
      <w:r w:rsidRPr="005B7B42">
        <w:rPr>
          <w:rFonts w:ascii="Times New Roman" w:hAnsi="Times New Roman" w:cs="Times New Roman"/>
        </w:rPr>
        <w:t>Estimated Time: 1 hour</w:t>
      </w:r>
      <w:r w:rsidR="005B7B42" w:rsidRPr="005B7B42">
        <w:rPr>
          <w:rFonts w:ascii="Times New Roman" w:hAnsi="Times New Roman" w:cs="Times New Roman"/>
        </w:rPr>
        <w:t> </w:t>
      </w:r>
      <w:r w:rsidR="005B7B42" w:rsidRPr="005B7B42">
        <w:rPr>
          <w:rFonts w:ascii="Times New Roman" w:hAnsi="Times New Roman" w:cs="Times New Roman"/>
        </w:rPr>
        <w:drawing>
          <wp:anchor distT="0" distB="0" distL="114300" distR="114300" simplePos="0" relativeHeight="251658240" behindDoc="0" locked="0" layoutInCell="1" allowOverlap="1" wp14:anchorId="0F8B2C71" wp14:editId="00E8BBAE">
            <wp:simplePos x="2273300" y="812800"/>
            <wp:positionH relativeFrom="margin">
              <wp:align>right</wp:align>
            </wp:positionH>
            <wp:positionV relativeFrom="margin">
              <wp:align>top</wp:align>
            </wp:positionV>
            <wp:extent cx="2354580" cy="920115"/>
            <wp:effectExtent l="0" t="0" r="0" b="0"/>
            <wp:wrapSquare wrapText="bothSides"/>
            <wp:docPr id="653150019" name="Picture 2" descr="A black background with yellow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150019" name="Picture 2" descr="A black background with yellow and re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60916F" w14:textId="77777777" w:rsidR="00A36541" w:rsidRPr="005B7B42" w:rsidRDefault="00000000">
      <w:pPr>
        <w:rPr>
          <w:rFonts w:ascii="Times New Roman" w:hAnsi="Times New Roman" w:cs="Times New Roman"/>
        </w:rPr>
      </w:pPr>
      <w:r w:rsidRPr="005B7B42">
        <w:rPr>
          <w:rFonts w:ascii="Times New Roman" w:hAnsi="Times New Roman" w:cs="Times New Roman"/>
        </w:rPr>
        <w:t>Participants will fill out the following template for at least two goals.</w:t>
      </w:r>
    </w:p>
    <w:p w14:paraId="13B80B7F" w14:textId="77777777" w:rsidR="00A36541" w:rsidRPr="005B7B42" w:rsidRDefault="00000000">
      <w:pPr>
        <w:pStyle w:val="Heading2"/>
        <w:rPr>
          <w:rFonts w:ascii="Times New Roman" w:hAnsi="Times New Roman" w:cs="Times New Roman"/>
          <w:color w:val="auto"/>
        </w:rPr>
      </w:pPr>
      <w:r w:rsidRPr="005B7B42">
        <w:rPr>
          <w:rFonts w:ascii="Times New Roman" w:hAnsi="Times New Roman" w:cs="Times New Roman"/>
          <w:color w:val="auto"/>
        </w:rPr>
        <w:t>SMART Goal Breakdown</w:t>
      </w:r>
    </w:p>
    <w:tbl>
      <w:tblPr>
        <w:tblStyle w:val="TableGrid"/>
        <w:tblW w:w="13354" w:type="dxa"/>
        <w:tblLook w:val="04A0" w:firstRow="1" w:lastRow="0" w:firstColumn="1" w:lastColumn="0" w:noHBand="0" w:noVBand="1"/>
      </w:tblPr>
      <w:tblGrid>
        <w:gridCol w:w="2223"/>
        <w:gridCol w:w="2223"/>
        <w:gridCol w:w="2223"/>
        <w:gridCol w:w="2223"/>
        <w:gridCol w:w="2223"/>
        <w:gridCol w:w="2239"/>
      </w:tblGrid>
      <w:tr w:rsidR="005B7B42" w:rsidRPr="005B7B42" w14:paraId="1AEBB7AA" w14:textId="77777777" w:rsidTr="005B7B42">
        <w:trPr>
          <w:trHeight w:val="249"/>
        </w:trPr>
        <w:tc>
          <w:tcPr>
            <w:tcW w:w="2223" w:type="dxa"/>
            <w:shd w:val="clear" w:color="auto" w:fill="FDE9D9" w:themeFill="accent6" w:themeFillTint="33"/>
          </w:tcPr>
          <w:p w14:paraId="169DB526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Goal Description</w:t>
            </w:r>
          </w:p>
        </w:tc>
        <w:tc>
          <w:tcPr>
            <w:tcW w:w="2223" w:type="dxa"/>
            <w:shd w:val="clear" w:color="auto" w:fill="FDE9D9" w:themeFill="accent6" w:themeFillTint="33"/>
          </w:tcPr>
          <w:p w14:paraId="3B3B2284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Specific</w:t>
            </w:r>
          </w:p>
        </w:tc>
        <w:tc>
          <w:tcPr>
            <w:tcW w:w="2223" w:type="dxa"/>
            <w:shd w:val="clear" w:color="auto" w:fill="FDE9D9" w:themeFill="accent6" w:themeFillTint="33"/>
          </w:tcPr>
          <w:p w14:paraId="66A7F853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Measurable</w:t>
            </w:r>
          </w:p>
        </w:tc>
        <w:tc>
          <w:tcPr>
            <w:tcW w:w="2223" w:type="dxa"/>
            <w:shd w:val="clear" w:color="auto" w:fill="FDE9D9" w:themeFill="accent6" w:themeFillTint="33"/>
          </w:tcPr>
          <w:p w14:paraId="54EE7A6B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Achievable</w:t>
            </w:r>
          </w:p>
        </w:tc>
        <w:tc>
          <w:tcPr>
            <w:tcW w:w="2223" w:type="dxa"/>
            <w:shd w:val="clear" w:color="auto" w:fill="FDE9D9" w:themeFill="accent6" w:themeFillTint="33"/>
          </w:tcPr>
          <w:p w14:paraId="5BDB34C9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Relevant</w:t>
            </w:r>
          </w:p>
        </w:tc>
        <w:tc>
          <w:tcPr>
            <w:tcW w:w="2237" w:type="dxa"/>
            <w:shd w:val="clear" w:color="auto" w:fill="FDE9D9" w:themeFill="accent6" w:themeFillTint="33"/>
          </w:tcPr>
          <w:p w14:paraId="0384DBAA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Time-bound</w:t>
            </w:r>
          </w:p>
        </w:tc>
      </w:tr>
      <w:tr w:rsidR="005B7B42" w:rsidRPr="005B7B42" w14:paraId="25A0EE05" w14:textId="77777777" w:rsidTr="005B7B42">
        <w:trPr>
          <w:trHeight w:val="741"/>
        </w:trPr>
        <w:tc>
          <w:tcPr>
            <w:tcW w:w="2223" w:type="dxa"/>
          </w:tcPr>
          <w:p w14:paraId="5FF1C35B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Learn Python</w:t>
            </w:r>
          </w:p>
        </w:tc>
        <w:tc>
          <w:tcPr>
            <w:tcW w:w="2223" w:type="dxa"/>
          </w:tcPr>
          <w:p w14:paraId="58E068A7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I will enrol in a course and dedicate 1 hour daily.</w:t>
            </w:r>
          </w:p>
        </w:tc>
        <w:tc>
          <w:tcPr>
            <w:tcW w:w="2223" w:type="dxa"/>
          </w:tcPr>
          <w:p w14:paraId="341BAC68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Complete a course and build a project within 3 months.</w:t>
            </w:r>
          </w:p>
        </w:tc>
        <w:tc>
          <w:tcPr>
            <w:tcW w:w="2223" w:type="dxa"/>
          </w:tcPr>
          <w:p w14:paraId="24B1CE2D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Allocate daily time from 6-7 PM</w:t>
            </w:r>
          </w:p>
        </w:tc>
        <w:tc>
          <w:tcPr>
            <w:tcW w:w="2223" w:type="dxa"/>
          </w:tcPr>
          <w:p w14:paraId="543F5742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Enhances my data analytics career.</w:t>
            </w:r>
          </w:p>
        </w:tc>
        <w:tc>
          <w:tcPr>
            <w:tcW w:w="2237" w:type="dxa"/>
          </w:tcPr>
          <w:p w14:paraId="1D0360AF" w14:textId="77777777" w:rsidR="00A36541" w:rsidRPr="005B7B42" w:rsidRDefault="00000000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Finish by June 2025.</w:t>
            </w:r>
          </w:p>
        </w:tc>
      </w:tr>
      <w:tr w:rsidR="005B7B42" w:rsidRPr="005B7B42" w14:paraId="7FDB8DF6" w14:textId="77777777" w:rsidTr="005B7B42">
        <w:trPr>
          <w:trHeight w:val="741"/>
        </w:trPr>
        <w:tc>
          <w:tcPr>
            <w:tcW w:w="13354" w:type="dxa"/>
            <w:gridSpan w:val="6"/>
          </w:tcPr>
          <w:p w14:paraId="34AA2F0B" w14:textId="480F7998" w:rsidR="005B7B42" w:rsidRPr="005B7B42" w:rsidRDefault="005B7B42" w:rsidP="005B7B42">
            <w:pPr>
              <w:rPr>
                <w:rFonts w:ascii="Times New Roman" w:hAnsi="Times New Roman" w:cs="Times New Roman"/>
                <w:i/>
                <w:iCs/>
              </w:rPr>
            </w:pPr>
            <w:r w:rsidRPr="005B7B42">
              <w:rPr>
                <w:rFonts w:ascii="Times New Roman" w:hAnsi="Times New Roman" w:cs="Times New Roman"/>
                <w:i/>
                <w:iCs/>
              </w:rPr>
              <w:t>I aim to learn Python by enrolling in an online course, dedicating 1 hour daily from 6-7 PM, completing the course, and building a project within 3 months to enhance my data analytics career. My target completion date is June 2025.</w:t>
            </w:r>
          </w:p>
        </w:tc>
      </w:tr>
    </w:tbl>
    <w:p w14:paraId="0F8867A4" w14:textId="77777777" w:rsidR="00000000" w:rsidRPr="005B7B42" w:rsidRDefault="00000000" w:rsidP="005B7B42">
      <w:pPr>
        <w:rPr>
          <w:rFonts w:ascii="Times New Roman" w:hAnsi="Times New Roman" w:cs="Times New Roman"/>
        </w:rPr>
      </w:pPr>
    </w:p>
    <w:tbl>
      <w:tblPr>
        <w:tblStyle w:val="TableGrid"/>
        <w:tblW w:w="13475" w:type="dxa"/>
        <w:tblLook w:val="04A0" w:firstRow="1" w:lastRow="0" w:firstColumn="1" w:lastColumn="0" w:noHBand="0" w:noVBand="1"/>
      </w:tblPr>
      <w:tblGrid>
        <w:gridCol w:w="2245"/>
        <w:gridCol w:w="2245"/>
        <w:gridCol w:w="2245"/>
        <w:gridCol w:w="2245"/>
        <w:gridCol w:w="2245"/>
        <w:gridCol w:w="2250"/>
      </w:tblGrid>
      <w:tr w:rsidR="005B7B42" w:rsidRPr="005B7B42" w14:paraId="2E8A7D75" w14:textId="77777777" w:rsidTr="005B7B42">
        <w:trPr>
          <w:trHeight w:val="267"/>
        </w:trPr>
        <w:tc>
          <w:tcPr>
            <w:tcW w:w="2245" w:type="dxa"/>
            <w:shd w:val="clear" w:color="auto" w:fill="FDE9D9" w:themeFill="accent6" w:themeFillTint="33"/>
          </w:tcPr>
          <w:p w14:paraId="1B778DD1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Goal Description</w:t>
            </w:r>
          </w:p>
        </w:tc>
        <w:tc>
          <w:tcPr>
            <w:tcW w:w="2245" w:type="dxa"/>
            <w:shd w:val="clear" w:color="auto" w:fill="FDE9D9" w:themeFill="accent6" w:themeFillTint="33"/>
          </w:tcPr>
          <w:p w14:paraId="548857F3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Specific</w:t>
            </w:r>
          </w:p>
        </w:tc>
        <w:tc>
          <w:tcPr>
            <w:tcW w:w="2245" w:type="dxa"/>
            <w:shd w:val="clear" w:color="auto" w:fill="FDE9D9" w:themeFill="accent6" w:themeFillTint="33"/>
          </w:tcPr>
          <w:p w14:paraId="0DA2FAFE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Measurable</w:t>
            </w:r>
          </w:p>
        </w:tc>
        <w:tc>
          <w:tcPr>
            <w:tcW w:w="2245" w:type="dxa"/>
            <w:shd w:val="clear" w:color="auto" w:fill="FDE9D9" w:themeFill="accent6" w:themeFillTint="33"/>
          </w:tcPr>
          <w:p w14:paraId="4083A376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Achievable</w:t>
            </w:r>
          </w:p>
        </w:tc>
        <w:tc>
          <w:tcPr>
            <w:tcW w:w="2245" w:type="dxa"/>
            <w:shd w:val="clear" w:color="auto" w:fill="FDE9D9" w:themeFill="accent6" w:themeFillTint="33"/>
          </w:tcPr>
          <w:p w14:paraId="1522C0C2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Relevant</w:t>
            </w:r>
          </w:p>
        </w:tc>
        <w:tc>
          <w:tcPr>
            <w:tcW w:w="2250" w:type="dxa"/>
            <w:shd w:val="clear" w:color="auto" w:fill="FDE9D9" w:themeFill="accent6" w:themeFillTint="33"/>
          </w:tcPr>
          <w:p w14:paraId="7149929D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Time-bound</w:t>
            </w:r>
          </w:p>
        </w:tc>
      </w:tr>
      <w:tr w:rsidR="005B7B42" w:rsidRPr="005B7B42" w14:paraId="22FB534D" w14:textId="77777777" w:rsidTr="005B7B42">
        <w:trPr>
          <w:trHeight w:val="793"/>
        </w:trPr>
        <w:tc>
          <w:tcPr>
            <w:tcW w:w="2245" w:type="dxa"/>
          </w:tcPr>
          <w:p w14:paraId="11FBC50D" w14:textId="0DF0D0FB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14:paraId="02C34B82" w14:textId="2510BB5E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14:paraId="19346E28" w14:textId="3547F863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14:paraId="0B72A34B" w14:textId="0CA872C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14:paraId="47EF258C" w14:textId="38B180D6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C8059A1" w14:textId="7B48F37A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</w:tr>
      <w:tr w:rsidR="005B7B42" w:rsidRPr="005B7B42" w14:paraId="7EF6C607" w14:textId="77777777" w:rsidTr="005B7B42">
        <w:trPr>
          <w:trHeight w:val="545"/>
        </w:trPr>
        <w:tc>
          <w:tcPr>
            <w:tcW w:w="13475" w:type="dxa"/>
            <w:gridSpan w:val="6"/>
          </w:tcPr>
          <w:p w14:paraId="1EB77456" w14:textId="6A8DD9C3" w:rsidR="005B7B42" w:rsidRPr="005B7B42" w:rsidRDefault="005B7B42" w:rsidP="00116C9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3C0EB661" w14:textId="77777777" w:rsidR="005B7B42" w:rsidRPr="005B7B42" w:rsidRDefault="005B7B42" w:rsidP="005B7B42">
      <w:pPr>
        <w:rPr>
          <w:rFonts w:ascii="Times New Roman" w:hAnsi="Times New Roman" w:cs="Times New Roman"/>
        </w:rPr>
      </w:pPr>
    </w:p>
    <w:tbl>
      <w:tblPr>
        <w:tblStyle w:val="TableGrid"/>
        <w:tblW w:w="13475" w:type="dxa"/>
        <w:tblLook w:val="04A0" w:firstRow="1" w:lastRow="0" w:firstColumn="1" w:lastColumn="0" w:noHBand="0" w:noVBand="1"/>
      </w:tblPr>
      <w:tblGrid>
        <w:gridCol w:w="2245"/>
        <w:gridCol w:w="2245"/>
        <w:gridCol w:w="2245"/>
        <w:gridCol w:w="2245"/>
        <w:gridCol w:w="2245"/>
        <w:gridCol w:w="2250"/>
      </w:tblGrid>
      <w:tr w:rsidR="005B7B42" w:rsidRPr="005B7B42" w14:paraId="13587320" w14:textId="77777777" w:rsidTr="00116C9C">
        <w:trPr>
          <w:trHeight w:val="331"/>
        </w:trPr>
        <w:tc>
          <w:tcPr>
            <w:tcW w:w="2245" w:type="dxa"/>
            <w:shd w:val="clear" w:color="auto" w:fill="FDE9D9" w:themeFill="accent6" w:themeFillTint="33"/>
          </w:tcPr>
          <w:p w14:paraId="0A8CCFB0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Goal Description</w:t>
            </w:r>
          </w:p>
        </w:tc>
        <w:tc>
          <w:tcPr>
            <w:tcW w:w="2245" w:type="dxa"/>
            <w:shd w:val="clear" w:color="auto" w:fill="FDE9D9" w:themeFill="accent6" w:themeFillTint="33"/>
          </w:tcPr>
          <w:p w14:paraId="57083986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Specific</w:t>
            </w:r>
          </w:p>
        </w:tc>
        <w:tc>
          <w:tcPr>
            <w:tcW w:w="2245" w:type="dxa"/>
            <w:shd w:val="clear" w:color="auto" w:fill="FDE9D9" w:themeFill="accent6" w:themeFillTint="33"/>
          </w:tcPr>
          <w:p w14:paraId="7193B86C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Measurable</w:t>
            </w:r>
          </w:p>
        </w:tc>
        <w:tc>
          <w:tcPr>
            <w:tcW w:w="2245" w:type="dxa"/>
            <w:shd w:val="clear" w:color="auto" w:fill="FDE9D9" w:themeFill="accent6" w:themeFillTint="33"/>
          </w:tcPr>
          <w:p w14:paraId="4B16F2E8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Achievable</w:t>
            </w:r>
          </w:p>
        </w:tc>
        <w:tc>
          <w:tcPr>
            <w:tcW w:w="2245" w:type="dxa"/>
            <w:shd w:val="clear" w:color="auto" w:fill="FDE9D9" w:themeFill="accent6" w:themeFillTint="33"/>
          </w:tcPr>
          <w:p w14:paraId="4A7188DF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Relevant</w:t>
            </w:r>
          </w:p>
        </w:tc>
        <w:tc>
          <w:tcPr>
            <w:tcW w:w="2245" w:type="dxa"/>
            <w:shd w:val="clear" w:color="auto" w:fill="FDE9D9" w:themeFill="accent6" w:themeFillTint="33"/>
          </w:tcPr>
          <w:p w14:paraId="009C9DA5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Time-bound</w:t>
            </w:r>
          </w:p>
        </w:tc>
      </w:tr>
      <w:tr w:rsidR="005B7B42" w:rsidRPr="005B7B42" w14:paraId="1B2CBA64" w14:textId="77777777" w:rsidTr="005B7B42">
        <w:trPr>
          <w:trHeight w:val="564"/>
        </w:trPr>
        <w:tc>
          <w:tcPr>
            <w:tcW w:w="2245" w:type="dxa"/>
          </w:tcPr>
          <w:p w14:paraId="43453E3C" w14:textId="2A54D440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14:paraId="52715E32" w14:textId="07DFA8A1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14:paraId="623796F4" w14:textId="5EE810F6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14:paraId="09A6F2F9" w14:textId="4BC59D58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14:paraId="64C3F63F" w14:textId="028F3A8B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</w:tcPr>
          <w:p w14:paraId="4CCACD24" w14:textId="4ACF0212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</w:tr>
      <w:tr w:rsidR="005B7B42" w:rsidRPr="005B7B42" w14:paraId="362219C7" w14:textId="77777777" w:rsidTr="005B7B42">
        <w:trPr>
          <w:trHeight w:val="558"/>
        </w:trPr>
        <w:tc>
          <w:tcPr>
            <w:tcW w:w="13475" w:type="dxa"/>
            <w:gridSpan w:val="6"/>
          </w:tcPr>
          <w:p w14:paraId="1DF75FC7" w14:textId="135F51BA" w:rsidR="005B7B42" w:rsidRPr="005B7B42" w:rsidRDefault="005B7B42" w:rsidP="00116C9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203774E9" w14:textId="77777777" w:rsidR="005B7B42" w:rsidRPr="005B7B42" w:rsidRDefault="005B7B42" w:rsidP="005B7B42">
      <w:pPr>
        <w:rPr>
          <w:rFonts w:ascii="Times New Roman" w:hAnsi="Times New Roman" w:cs="Times New Roman"/>
        </w:rPr>
      </w:pPr>
    </w:p>
    <w:tbl>
      <w:tblPr>
        <w:tblStyle w:val="TableGrid"/>
        <w:tblW w:w="13415" w:type="dxa"/>
        <w:tblLook w:val="04A0" w:firstRow="1" w:lastRow="0" w:firstColumn="1" w:lastColumn="0" w:noHBand="0" w:noVBand="1"/>
      </w:tblPr>
      <w:tblGrid>
        <w:gridCol w:w="2235"/>
        <w:gridCol w:w="2235"/>
        <w:gridCol w:w="2235"/>
        <w:gridCol w:w="2235"/>
        <w:gridCol w:w="2235"/>
        <w:gridCol w:w="2240"/>
      </w:tblGrid>
      <w:tr w:rsidR="005B7B42" w:rsidRPr="005B7B42" w14:paraId="3EC0396E" w14:textId="77777777" w:rsidTr="005B7B42">
        <w:trPr>
          <w:trHeight w:val="280"/>
        </w:trPr>
        <w:tc>
          <w:tcPr>
            <w:tcW w:w="2235" w:type="dxa"/>
            <w:shd w:val="clear" w:color="auto" w:fill="FDE9D9" w:themeFill="accent6" w:themeFillTint="33"/>
          </w:tcPr>
          <w:p w14:paraId="432FACB0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Goal Description</w:t>
            </w:r>
          </w:p>
        </w:tc>
        <w:tc>
          <w:tcPr>
            <w:tcW w:w="2235" w:type="dxa"/>
            <w:shd w:val="clear" w:color="auto" w:fill="FDE9D9" w:themeFill="accent6" w:themeFillTint="33"/>
          </w:tcPr>
          <w:p w14:paraId="1700B807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Specific</w:t>
            </w:r>
          </w:p>
        </w:tc>
        <w:tc>
          <w:tcPr>
            <w:tcW w:w="2235" w:type="dxa"/>
            <w:shd w:val="clear" w:color="auto" w:fill="FDE9D9" w:themeFill="accent6" w:themeFillTint="33"/>
          </w:tcPr>
          <w:p w14:paraId="11A0A117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Measurable</w:t>
            </w:r>
          </w:p>
        </w:tc>
        <w:tc>
          <w:tcPr>
            <w:tcW w:w="2235" w:type="dxa"/>
            <w:shd w:val="clear" w:color="auto" w:fill="FDE9D9" w:themeFill="accent6" w:themeFillTint="33"/>
          </w:tcPr>
          <w:p w14:paraId="5A5099D7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Achievable</w:t>
            </w:r>
          </w:p>
        </w:tc>
        <w:tc>
          <w:tcPr>
            <w:tcW w:w="2235" w:type="dxa"/>
            <w:shd w:val="clear" w:color="auto" w:fill="FDE9D9" w:themeFill="accent6" w:themeFillTint="33"/>
          </w:tcPr>
          <w:p w14:paraId="612AA691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Relevant</w:t>
            </w:r>
          </w:p>
        </w:tc>
        <w:tc>
          <w:tcPr>
            <w:tcW w:w="2239" w:type="dxa"/>
            <w:shd w:val="clear" w:color="auto" w:fill="FDE9D9" w:themeFill="accent6" w:themeFillTint="33"/>
          </w:tcPr>
          <w:p w14:paraId="3C45043C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  <w:r w:rsidRPr="005B7B42">
              <w:rPr>
                <w:rFonts w:ascii="Times New Roman" w:hAnsi="Times New Roman" w:cs="Times New Roman"/>
              </w:rPr>
              <w:t>Time-bound</w:t>
            </w:r>
          </w:p>
        </w:tc>
      </w:tr>
      <w:tr w:rsidR="005B7B42" w:rsidRPr="005B7B42" w14:paraId="10F11913" w14:textId="77777777" w:rsidTr="005B7B42">
        <w:trPr>
          <w:trHeight w:val="478"/>
        </w:trPr>
        <w:tc>
          <w:tcPr>
            <w:tcW w:w="2235" w:type="dxa"/>
          </w:tcPr>
          <w:p w14:paraId="6F67FD4F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036DC36D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24EEECAA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7CF9F4D8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14:paraId="1C33006D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</w:tcPr>
          <w:p w14:paraId="6BA4161C" w14:textId="77777777" w:rsidR="005B7B42" w:rsidRPr="005B7B42" w:rsidRDefault="005B7B42" w:rsidP="00116C9C">
            <w:pPr>
              <w:rPr>
                <w:rFonts w:ascii="Times New Roman" w:hAnsi="Times New Roman" w:cs="Times New Roman"/>
              </w:rPr>
            </w:pPr>
          </w:p>
        </w:tc>
      </w:tr>
      <w:tr w:rsidR="005B7B42" w:rsidRPr="005B7B42" w14:paraId="33FFC441" w14:textId="77777777" w:rsidTr="005B7B42">
        <w:trPr>
          <w:trHeight w:val="833"/>
        </w:trPr>
        <w:tc>
          <w:tcPr>
            <w:tcW w:w="13415" w:type="dxa"/>
            <w:gridSpan w:val="6"/>
          </w:tcPr>
          <w:p w14:paraId="0C5BACC5" w14:textId="77777777" w:rsidR="005B7B42" w:rsidRPr="005B7B42" w:rsidRDefault="005B7B42" w:rsidP="00116C9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3CD7F06F" w14:textId="77777777" w:rsidR="005B7B42" w:rsidRPr="005B7B42" w:rsidRDefault="005B7B42" w:rsidP="005B7B42">
      <w:pPr>
        <w:rPr>
          <w:rFonts w:ascii="Times New Roman" w:hAnsi="Times New Roman" w:cs="Times New Roman"/>
        </w:rPr>
      </w:pPr>
    </w:p>
    <w:sectPr w:rsidR="005B7B42" w:rsidRPr="005B7B42" w:rsidSect="005B7B42">
      <w:pgSz w:w="15840" w:h="12240" w:orient="landscape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8528435">
    <w:abstractNumId w:val="8"/>
  </w:num>
  <w:num w:numId="2" w16cid:durableId="649212153">
    <w:abstractNumId w:val="6"/>
  </w:num>
  <w:num w:numId="3" w16cid:durableId="14117306">
    <w:abstractNumId w:val="5"/>
  </w:num>
  <w:num w:numId="4" w16cid:durableId="388310559">
    <w:abstractNumId w:val="4"/>
  </w:num>
  <w:num w:numId="5" w16cid:durableId="300691387">
    <w:abstractNumId w:val="7"/>
  </w:num>
  <w:num w:numId="6" w16cid:durableId="989410596">
    <w:abstractNumId w:val="3"/>
  </w:num>
  <w:num w:numId="7" w16cid:durableId="748620159">
    <w:abstractNumId w:val="2"/>
  </w:num>
  <w:num w:numId="8" w16cid:durableId="187448298">
    <w:abstractNumId w:val="1"/>
  </w:num>
  <w:num w:numId="9" w16cid:durableId="1890989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132D"/>
    <w:rsid w:val="005B7B42"/>
    <w:rsid w:val="00A3654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05C158"/>
  <w14:defaultImageDpi w14:val="300"/>
  <w15:docId w15:val="{FAADF6B1-EBEF-44F5-9FBA-3110C507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Elizabeth  Booi</cp:lastModifiedBy>
  <cp:revision>2</cp:revision>
  <dcterms:created xsi:type="dcterms:W3CDTF">2025-03-29T16:07:00Z</dcterms:created>
  <dcterms:modified xsi:type="dcterms:W3CDTF">2025-03-29T16:07:00Z</dcterms:modified>
  <cp:category/>
</cp:coreProperties>
</file>